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quantique des champs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Derendinger; Jean-Pierre/ </w:t>
            </w:r>
          </w:p>
        </w:tc>
      </w:tr>
      <w:tr>
        <w:trPr>
          <w:trHeight w:val="567"/>
        </w:trPr>
        <w:tc>
          <w:tcPr>
            <w:tcW w:type="dxa" w:w="3000"/>
          </w:tcPr>
          <w:p>
            <w:r>
              <w:t>Adresse bib.</w:t>
            </w:r>
          </w:p>
        </w:tc>
        <w:tc>
          <w:tcPr>
            <w:tcW w:type="dxa" w:w="7000"/>
          </w:tcPr>
          <w:p>
            <w:r>
              <w:t xml:space="preserve">Presses Polytechniques et Universitaires Rromandes/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345-350</w:t>
            </w:r>
          </w:p>
        </w:tc>
      </w:tr>
      <w:tr>
        <w:trPr>
          <w:trHeight w:val="567"/>
        </w:trPr>
        <w:tc>
          <w:tcPr>
            <w:tcW w:type="dxa" w:w="3000"/>
          </w:tcPr>
          <w:p>
            <w:r>
              <w:t>Numéro d'Identification</w:t>
            </w:r>
          </w:p>
        </w:tc>
        <w:tc>
          <w:tcPr>
            <w:tcW w:type="dxa" w:w="7000"/>
          </w:tcPr>
          <w:p>
            <w:r>
              <w:t>2880744911</w:t>
            </w:r>
          </w:p>
        </w:tc>
      </w:tr>
      <w:tr>
        <w:trPr>
          <w:trHeight w:val="567"/>
        </w:trPr>
        <w:tc>
          <w:tcPr>
            <w:tcW w:type="dxa" w:w="3000"/>
          </w:tcPr>
          <w:p>
            <w:r>
              <w:t>Sujet(s)</w:t>
            </w:r>
          </w:p>
        </w:tc>
        <w:tc>
          <w:tcPr>
            <w:tcW w:type="dxa" w:w="7000"/>
          </w:tcPr>
          <w:p>
            <w:r>
              <w:t xml:space="preserve">théorie quantique/ champ classique/ champ véctoriel/ </w:t>
            </w:r>
          </w:p>
        </w:tc>
      </w:tr>
    </w:tbl>
    <w:p>
      <w:pPr>
        <w:pStyle w:val="Heading3"/>
      </w:pPr>
      <w:r>
        <w:t>Résumé :</w:t>
      </w:r>
    </w:p>
    <w:p>
      <w:r>
        <w:t>L'ouvrage présente les rudiments du formalisme à la base de cette théorie des interactions fondamentales. Il s'adresse en priorité aux étudiants en physique des particules et aux physiciens d'autres domaines intéressés à connaître cette théorie. Une connaissance de la mécanique quantique et de la relativité restreinte est requise, au niveau d'étudiants de deuxième cycle en physique. L'accent est mis sur les applications physiques et les techniques de calcul sont en général exposées en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