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Piccioli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?lectromagnétisme  rappels de cours et exercices corrigés , est un ouvrage souvent utilisé par les étudiants en physique pour approfondir leurs connaissances en électromagnétisme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