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Cours de physique optique1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Devore; G/ Annequin;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lumière simple/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suivants:                                                                                                            -Lois générale de l'optique géométrique .                                                                                                                                  -Image d'un point lumineux donné par un système optique.stigmatisme.                                                                                   -Miroirs plans.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