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et optimisation énergétique des systèmes et procédés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Feidt,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Lavoisier-Tec &amp; doc/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Génie des procédés(N°:None)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473-478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9782743020279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énergétique/ thermodynamique/ optimisation/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trois parties aborde l'ensemble des notions relatives à la thermodynamique, des concepts et méthodes d'études des systèmes et procédés en vue de leur optimisation, illustrés par de nombreux exemples afin de répondre à la question : Comment utiliser rationnellement l'énergie en vue d'une transition énergétique et environnementale.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