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 en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Magloire, Didier/ Calléa, Savério/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9722100600601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maths/ </w:t>
            </w:r>
          </w:p>
        </w:tc>
      </w:tr>
    </w:tbl>
    <w:p>
      <w:pPr>
        <w:pStyle w:val="Heading3"/>
      </w:pPr>
      <w:r>
        <w:t>Résumé :</w:t>
      </w:r>
    </w:p>
    <w:p>
      <w:r>
        <w:t>Les "tout en fiches" J'intègre proposent les résumés du cours de classes préparatoires scientifiques nécessaires pour aller à l'essentiel et réviser en un clin d'oeil. Entièrement conforme à la réforme des programmes 2013, Toute la MPSI en fiches sera le compagnon indispensable pour réviser vos DS ou vos khôlles.</w:t>
        <w:br/>
        <w:br/>
        <w:t>Toutes les matières scientifiques de PCSI en un seul ouvrage :</w:t>
        <w:br/>
        <w:br/>
        <w:t>90 fiches synthétiques avec l'essentiel des notions à retenir en maths, physique et chimie.</w:t>
        <w:br/>
        <w:br/>
        <w:t>Des conseils et des méthodes pour être plus efficace le jour du concours.</w:t>
        <w:br/>
        <w:br/>
        <w:t>Les erreurs à éviter.</w:t>
        <w:br/>
        <w:br/>
        <w:t>200 exercices d'entraînement.</w:t>
        <w:br/>
        <w:br/>
        <w:t>Pour chaque fiche, des exercices-types pour bien assimiler le cours et vous entraîner.</w:t>
        <w:br/>
        <w:br/>
        <w:t>Tous les exercices sont corrigés afin de pouvoir travailler en parfaite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