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Eléctrocinétique, PCSI, MPSI,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Gendreau, Bernard/ Gripon,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2091873209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électrocinétique/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 vous trouverez :</w:t>
        <w:br/>
        <w:br/>
        <w:t xml:space="preserve"> Un résumé de cours, clair et concis, pour vous aider à retenir l'essentiel</w:t>
        <w:br/>
        <w:br/>
        <w:t>, des QCM et des exercices d'application directe du cours, pour vérifier vos connaissances avant une colle</w:t>
        <w:br/>
        <w:br/>
        <w:t>, des exercices "classiques" résolus, avec des explications méthodologiques détaillées et des conseils, pour apprendre à raisonner et à éviter les pièges.</w:t>
        <w:br/>
        <w:br/>
        <w:t>De nombreux exercices pour s'entraîner avec une indication du niveau de difficulté et de la durée approximative, tous les corrigés détaillés et commentés, pour comprendre et savoir rédiger correctement.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