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Visa pour le PCEM1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100% concours. PCEM 1(N°:None)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9782100518722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manuels d'enseignement supérieur/ </w:t>
            </w:r>
          </w:p>
        </w:tc>
      </w:tr>
    </w:tbl>
    <w:p>
      <w:pPr>
        <w:pStyle w:val="Heading3"/>
      </w:pPr>
      <w:r>
        <w:t>Résumé :</w:t>
      </w:r>
    </w:p>
    <w:p>
      <w:r>
        <w:t>Vous allez entrer en PCEM1 Cet ouvrage vous aidera à préparer et réussir votre rentrée, afin de mettre toutes les chances de votre côté pour le concours. Un cours qui fait la synthèse des savoirs du lycée en physique nécessaires en PCEM1. Pour bien démarrer le PCEM1, l'ouvrage revisite le programme du lycée sous un angle nouveau et pédagogique. Organisé sous forme de questions-réponses, il expose les notions qu'il faut connaître pour réussir. Pour vous accompagner pendant la rentrée, le cours aborde " en douceur " les premières notions au programme du PCEM1. Des tests de connaissances pour vous évaluer Pour évaluer votre niveau et valider vos acquis, des QCM vous sont proposés dans chaque chapitre. Des exercices avec solutions détaillées pour vous entraîner Pour maîtriser les connaissances requises et vous familiariser aux modalités du concours du PCEM1, chaque chapitre propose des exercices à difficulté progressive et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