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l'UE3 en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ÉdiScience(N°:None)</w:t>
            </w:r>
          </w:p>
        </w:tc>
      </w:tr>
      <w:tr>
        <w:trPr>
          <w:trHeight w:val="567"/>
        </w:trPr>
        <w:tc>
          <w:tcPr>
            <w:tcW w:type="dxa" w:w="3000"/>
          </w:tcPr>
          <w:p>
            <w:r>
              <w:t>Numéro d'Identification</w:t>
            </w:r>
          </w:p>
        </w:tc>
        <w:tc>
          <w:tcPr>
            <w:tcW w:type="dxa" w:w="7000"/>
          </w:tcPr>
          <w:p>
            <w:r>
              <w:t>9782100727308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applications physique/ tomographie/ </w:t>
            </w:r>
          </w:p>
        </w:tc>
      </w:tr>
    </w:tbl>
    <w:p>
      <w:pPr>
        <w:pStyle w:val="Heading3"/>
      </w:pPr>
      <w:r>
        <w:t>Résumé :</w:t>
      </w:r>
    </w:p>
    <w:p>
      <w:r>
        <w:t>Cet ouvrage  est fait pour vous : il vous accompagne dans vos révisions et vous aide à bien préparer les concours. Tout le cours en fiches Des fiches synthétiques résument le programme de l'UE3 et reprennent toutes les notions à connaître, vous permettant ainsi d'assimiler l'essentiel de chaque thème abordé au cours de l'année. Des QCM corrigés. Pour chaque thème, des QCM vous aideront à évaluer votre compréhension du cours. Tous les exercices sont accompagnés d'un corrigé détaillé et commenté, pour travailler en parfaite autonomie. Des fiches méthodes Des compléments méthodes vous proposent des conseils pour appliquer plus facilement le cours lors des exercices. Cette 2e édition propose de nouveaux QCM de révision.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