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Physique. V1, MPSI-PTSI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Nessi, Dominique/ Bergua, Jean/ Goulley,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Résoudre un classique(N°:None)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2842917928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Des exercices proposés, varies et classiques, permettent de présenter l'ensemble des méthodes et des raisonnements nécessaires en MPSI-PTSI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