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Mécanique. T1, mécanique classique de systèmes de points et notions de relativité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Bertin, Michel/ Faroux, Jean-Pierre/ Renault,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2040157557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physique/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consacré à la mécanique classique du point et des systèmes de points, et à des notions de relativité.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