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particules,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Clément, Benoit/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atomistique/ élémentaire/ </w:t>
            </w:r>
          </w:p>
        </w:tc>
      </w:tr>
    </w:tbl>
    <w:p>
      <w:pPr>
        <w:pStyle w:val="Heading3"/>
      </w:pPr>
      <w:r>
        <w:t>Résumé :</w:t>
      </w:r>
    </w:p>
    <w:p>
      <w:r>
        <w:t>Avec la mise en service du LHC (accélérateur de particules) et la chasse au boson de Higgs qui vient d'aboutir, cet ouvrage propose une introduction à la physique des particules pour tout étudiant de niveau M1. Les rappels de mécanique relativiste et du formalisme de Lagrange permettent de comprendre la nature et le comportement des particules à très haute énergie.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