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cours et experiences d'optique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Hilld,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551-554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9973948564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thermique/ réflexion/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4 partie:                                                                                                                                                     - La première est consacré à l'optique géométrique et à l'etude des lois tjéorique et pratiques de la formation d'image   ainsi qu' à leur application dans la réalisation d'instruments optique .                                                                                    -la quatrième partie porte sur la nature vectorielle de la lumière et concerne donc les phénomènes de polarisation par les milieux anisotropes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