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Dubarry-Barbex, Jean-Pierre/ Frey, Antoine/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classes préparatoires MPSI-PCSI- PTSI(N°:None)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2729898522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physique/ </w:t>
            </w:r>
          </w:p>
        </w:tc>
      </w:tr>
    </w:tbl>
    <w:p>
      <w:pPr>
        <w:pStyle w:val="Heading3"/>
      </w:pPr>
      <w:r>
        <w:t>Résumé :</w:t>
      </w:r>
    </w:p>
    <w:p>
      <w:r>
        <w:t>Ce livre a été structuré de manière à mener progressivement l'étudiant du cours aux problèmes de concours. Chaque chapitre se compose : d'exercices de type cours, simples dans leur résolution mais riches pédagogiquement. Les corrigés sont suivis de remarques notant une méthode de résolution, une astuce à connaître ou une interprétation physique intéressante ; d'exercices plus difficiles de type " exercice de Khôlle " que les étudiants rencontreront lors des interrogations orales ; de problèmes d'écrit de concours de difficultés variables ; pour conclure, l'étudiant pourra tester son niveau en résolvant de larges extraits de problèmes de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