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Nouveaux problèmes de physique.T1,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électricité/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premièrs chapitres suivants:                                                                                                           -Eléctrostatique. nouveaux problèmes de physique, tome 1 : électricité Grandes écoles et D.U.E.S. G. Dévoré 4ème trimestre                                                                                                                                                                     -Electrocinétique .                                                                                                                                                                     -Electromagnitisme.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