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physiques des méthodes sismiques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Mabrouk/ Shout; Hocine/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Savois(N°:None)</w:t>
            </w:r>
          </w:p>
        </w:tc>
      </w:tr>
      <w:tr>
        <w:trPr>
          <w:trHeight w:val="567"/>
        </w:trPr>
        <w:tc>
          <w:tcPr>
            <w:tcW w:type="dxa" w:w="3000"/>
          </w:tcPr>
          <w:p>
            <w:r>
              <w:t>Sujet(s)</w:t>
            </w:r>
          </w:p>
        </w:tc>
        <w:tc>
          <w:tcPr>
            <w:tcW w:type="dxa" w:w="7000"/>
          </w:tcPr>
          <w:p>
            <w:r>
              <w:t xml:space="preserve">sciences physique/ </w:t>
            </w:r>
          </w:p>
        </w:tc>
      </w:tr>
    </w:tbl>
    <w:p>
      <w:pPr>
        <w:pStyle w:val="Heading3"/>
      </w:pPr>
      <w:r>
        <w:t>Résumé :</w:t>
      </w:r>
    </w:p>
    <w:p>
      <w:r>
        <w:t>Les méthodes sismiques sont redevables des principes de base établis grâce à l'étude des tremblements de terre et qui ont servi de point de départ à l'application des méthodes sismiques en géophysique appliquée. La séismologie étudie les tremblements de terre naturels et certaines explosions de très grande envergure (explosions nucléaires). Cette science englobe les théories explicatives des causes des tremblements de terre, l'étude des divers types d'ondes sismiques, le calcul de la trajectoire des ondes, de la localisation de l'épicentre et de la profondeur du foyer d'explosion, de la nature des déplacements de divers mouvements d'ondes ainsi que du mécanisme focal des tremblements de terre.Les recherches relatives à l'instrumentation utilisée pour enregistrer les ondes sismiques issues de tremblements de terre ou pour épurer la forme de signal reçu relèvent du domaine de l'électronique et de la séismologie. Les études concernant la constitution interne d'une planète, les propriétés élastiques des matériaux dont elle est composée et la configuration géométrique de certaines portions (croûte, manteau et noyau terrestre, hétérogénéité de la partie supérieure du manteau terrestre) sont des disciplines qui chevauchent à mi-chemin entre la physique des solides et de la séismologie.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