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physique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Djemai; A.E.F./ Bekkouche, F./ Boukhoulda,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 cours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cinématique/ physique/ </w:t>
            </w:r>
          </w:p>
        </w:tc>
      </w:tr>
    </w:tbl>
    <w:p>
      <w:pPr>
        <w:pStyle w:val="Heading3"/>
      </w:pPr>
      <w:r>
        <w:t>Résumé :</w:t>
      </w:r>
    </w:p>
    <w:p>
      <w:r>
        <w:t>Ce cours s'adresse à toute les étudiants du tron commun à la quatrième année du D.E.ES .de physique .toutes options confondues .le but essentiel de cet ouvrage est de donner une idée globale sur l'évolution de la notion de quantification.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