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Semiconducteurs de la technologie aux dispositifs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Bousetta, A/ Mebarki, M/ Bensaada,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technologie au dispositif/ </w:t>
            </w:r>
          </w:p>
        </w:tc>
      </w:tr>
    </w:tbl>
    <w:p>
      <w:pPr>
        <w:pStyle w:val="Heading3"/>
      </w:pPr>
      <w:r>
        <w:t>Résumé :</w:t>
      </w:r>
    </w:p>
    <w:p>
      <w:r>
        <w:t>Ce polycopie de physique et technologie des semi-conducteur est déstibé spécialement aux étudiants de p409.il ne constitue pas un cours complet,tant la technologie des semi-conducteurs est en évolution continue.ce curs introduits également des éléments sur les circuits une des merveilles de l'électronique.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