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 électromagnétiques relativité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Bok, Julien/ Hulin-Jung, Nicole/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2705657916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ondes/ électromagnétique relativité/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aux étudiants du premier cycle et aux élèves des classes préparatoires aux grandes ecoles. il s'inspire d un cours enseigné pendants plusieures années à l'université pirre et marie curie, de nombreux exemples puisés dans la physique contomporaine illustrent l'exposé qui traite des lois de l'électromagnétisme , de la propagation des ondes et de relativité .la dernière partie est consacrée à l'electrodynamique relativiste qui montre comment les equations  de maxwell forment un ensemble cohérent et invariant en relativité restreinte.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