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sur les 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Granjon,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2225829403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électriques/ courants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receuil d'exercices avec rappels de cours rassembles les notion de bases en électronique . chaque chapitres propose de nombreux exercices progressifs avec leurs solution détaillé , qui permettront d'assimiler les méthodes , de déjouer les pièges classiques et de retenir les résultats fondamentaux.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