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Electricité, magnétisme TD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Brelo, Alain/ Hulin-Jung, N/ Klein, Jean/ Saltiel, E./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Nouveau Tirage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Méthodes(N°:None)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p.p.194-156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2705656251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électricité/ électromagnétisme/ </w:t>
            </w:r>
          </w:p>
        </w:tc>
      </w:tr>
    </w:tbl>
    <w:p>
      <w:pPr>
        <w:pStyle w:val="Heading3"/>
      </w:pPr>
      <w:r>
        <w:t>Résumé :</w:t>
      </w:r>
    </w:p>
    <w:p>
      <w:r>
        <w:t>Ce livre n'est pas seulement un livre d'exercices: au debut de chaque chapitre une large place est réservée à un rappel des résultats fondamentaux du cours suivi de commentaires mettant en évidence les point délicats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