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Borel, Frédéric/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9782212538502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w:t>
            </w:r>
          </w:p>
        </w:tc>
      </w:tr>
    </w:tbl>
    <w:p>
      <w:pPr>
        <w:pStyle w:val="Heading3"/>
      </w:pPr>
      <w:r>
        <w:t>Résumé :</w:t>
      </w:r>
    </w:p>
    <w:p>
      <w:r>
        <w:t>Complet, pédagogique et ludique, ce guide vous propose 160 questions-réponses pour découvrir les principaux physiciens et comprendre les phénomènes de base. S'appuyant sur des exemples de la vie quotidienne et des anecdotes historiques, les explications sont illustrées de nombreux schémas. La physique est un jeu d'enfants.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