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expérimentale des fluides.T1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Comolet, Raymond/ Renaudeaux, j.p/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239-242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2100067001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mécanique expérimentale/ </w:t>
            </w:r>
          </w:p>
        </w:tc>
      </w:tr>
    </w:tbl>
    <w:p>
      <w:pPr>
        <w:pStyle w:val="Heading3"/>
      </w:pPr>
      <w:r>
        <w:t>Résumé :</w:t>
      </w:r>
    </w:p>
    <w:p>
      <w:r>
        <w:t>Ce volume présente toutes les notions de base necessaires à l'apprentissage de cette discipline et établit les principales lois des écoulements dans l'approximation des fluides parfaits incompréssibles ou compressibles.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