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MPSI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Christophe/ Clerc,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L'enseignement de mécanique de la filière MPSI abordé en un seul volume, sous la forme d'un cours clair et concis.</w:t>
        <w:br/>
        <w:br/>
        <w:br/>
        <w:br/>
        <w:t>Des pages de méthode et des exercices corrigés, variés et progressifs, permettent un entraînement et une préparation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