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mécanique. T2, classe de mathématiques spéciales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Boutigny, Jacques/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Autre tirage : 1991. - Titre de couv. : "Mécanique 2, mathématiques supérieures, premier cycle universitaire"</w:t>
            </w:r>
          </w:p>
        </w:tc>
      </w:tr>
      <w:tr>
        <w:trPr>
          <w:trHeight w:val="567"/>
        </w:trPr>
        <w:tc>
          <w:tcPr>
            <w:tcW w:type="dxa" w:w="3000"/>
          </w:tcPr>
          <w:p>
            <w:r>
              <w:t>Numéro d'Identification</w:t>
            </w:r>
          </w:p>
        </w:tc>
        <w:tc>
          <w:tcPr>
            <w:tcW w:type="dxa" w:w="7000"/>
          </w:tcPr>
          <w:p>
            <w:r>
              <w:t>9782711741922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sciences physique/ </w:t>
            </w:r>
          </w:p>
        </w:tc>
      </w:tr>
    </w:tbl>
    <w:p>
      <w:pPr>
        <w:pStyle w:val="Heading3"/>
      </w:pPr>
      <w:r>
        <w:t>Résumé :</w:t>
      </w:r>
    </w:p>
    <w:p>
      <w:r>
        <w:t>Ce Recueil d'exercices est destiné aux élèves des classes de mathématiques supérieures. Cet ouvrage est un complément au recueil d'exercices de mécanique1, car il utilise les méthodes de recherche d'équilibres ou de mouvements développés en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