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Numéro d'Identification</w:t>
            </w:r>
          </w:p>
        </w:tc>
        <w:tc>
          <w:tcPr>
            <w:tcW w:type="dxa" w:w="7000"/>
          </w:tcPr>
          <w:p>
            <w:r>
              <w:t>2711741699</w:t>
            </w:r>
          </w:p>
        </w:tc>
      </w:tr>
      <w:tr>
        <w:trPr>
          <w:trHeight w:val="567"/>
        </w:trPr>
        <w:tc>
          <w:tcPr>
            <w:tcW w:type="dxa" w:w="3000"/>
          </w:tcPr>
          <w:p>
            <w:r>
              <w:t>Sujet(s)</w:t>
            </w:r>
          </w:p>
        </w:tc>
        <w:tc>
          <w:tcPr>
            <w:tcW w:type="dxa" w:w="7000"/>
          </w:tcPr>
          <w:p>
            <w:r>
              <w:t xml:space="preserve">mécanique/ </w:t>
            </w:r>
          </w:p>
        </w:tc>
      </w:tr>
    </w:tbl>
    <w:p>
      <w:pPr>
        <w:pStyle w:val="Heading3"/>
      </w:pPr>
      <w:r>
        <w:t>Résumé :</w:t>
      </w:r>
    </w:p>
    <w:p>
      <w:r>
        <w:t>Le livre "Mécanique. Tome 1" de Jacques Boutigny est un ouvrage de référence destiné aux étudiants en classes préparatoires aux grandes écoles, notamment ceux en mathématiques supérieures. Il fait partie de la série "Cours de physique" publiée par Vuibert. Ce premier tome aborde les principes fondamentaux de la mécanique classique, couvrant des sujets tels que la cinématique, la dynamique du point matériel, les lois de Newton, les forces centrales, ainsi que les notions d'énergie et de quantité de mouvement. L'ouvrage est conçu pour fournir une compréhension approfondie des concepts de base, avec des explications détaillées et des exemples illustratifs, afin de préparer les étudiants aux concours d'entrée des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