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 et amplificateur opérationnel idéal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Dattée, François/ Della Maestra,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9782711741953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opérationnel/ circuit électrique/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simultanément une présentation formelle et modélisée des opérateurs que constituent les circuits électroniques utilisant la rétrocation et leur réalisation à l'aide d'amplificateurs opérationnels et de composants simples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