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60 exercices-types de physique 2e année MP-PC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Bagard, Séverine/ Simon,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100% concour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optique/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de maîtriser toutes les méthodes en étudiant les 60 exercices-types de Physique en 2e année de classes préparatoires scientifiques, filières MP-PC. Pour chaque partie du programme, découvrez les méthodes incontournables à travers les exercices-types. Chaque exercice est entièrement décortiqué afin de vous exposer les méthodes de résolution étape par étape, de l'analyse de l'énoncé à l'application numérique. Les solutions détaillées vous indiquent les erreurs à éviter ainsi que les astuces à retenir.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