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solides déformables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Bacon, Christophe/ Pouyet, Jean/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2746201097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de solide/ solides élastiques/ </w:t>
            </w:r>
          </w:p>
        </w:tc>
      </w:tr>
    </w:tbl>
    <w:p>
      <w:pPr>
        <w:pStyle w:val="Heading3"/>
      </w:pPr>
      <w:r>
        <w:t>Résumé :</w:t>
      </w:r>
    </w:p>
    <w:p>
      <w:r>
        <w:t>Mécanique des solides déformables détaille les différents concepts de la mécanique des solides déformables dans le cas des transformations finies et des transformations infinitésimales en élasticité linéaire, pour les matériaux isotropes ou anisotropes. L'approche énergétique, plus générale, est abordée. Quelques applications sont présentées dans le cas des sollicitations simples d'arbres cylindriques.La lecture ne nécessite pas de connaissances particulières en mécanique des milieux continus. Le formalisme mathématique utilisé reste simple avec une présentation volontairement détaillée. Cet ouvrage est destiné aux étudiants de second et troisième cycles universitaires de mécanique, de certains IUP ainsi qu'aux élèves d'écoles d'ingénieurs. Il s'adresse aussi aux enseignants et aux ingénieurs qui y trouveront les outils de base de la mécanique des solides déformables.Les auteursChristophe Bacon est maître de conférences à l'université Bordeaux 1. Il est directeur adjoint des études de l'école d'ingénieurs en Modélisation Mathématique et Mécanique (MATMECA). Il assure dans cette école, ainsi qu'en maîtrise de mécanique, le cours de mécanique des solides déformables.Jean Pouyet, enseignant en mécanique des solides depuis plus de trente ans, est professeur des Universités à l'université Bordeaux 1. Il assure la direction de l'IUP en maintenance aéronautique. Il est aussi coordinateur de l'équipe de recherche technologique (ERT) mise en place dans l'institut pour développer des méthodes de contrôle non destructif appliquées à la maintenance aéronautique.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