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Bagard, Séverine/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La couv. porte en plus : "les exercices incontournables du programme, les méthodes de résolution étape par étape, les erreurs à éviter...". Index</w:t>
            </w:r>
          </w:p>
        </w:tc>
      </w:tr>
      <w:tr>
        <w:trPr>
          <w:trHeight w:val="567"/>
        </w:trPr>
        <w:tc>
          <w:tcPr>
            <w:tcW w:type="dxa" w:w="3000"/>
          </w:tcPr>
          <w:p>
            <w:r>
              <w:t>Numéro d'Identification</w:t>
            </w:r>
          </w:p>
        </w:tc>
        <w:tc>
          <w:tcPr>
            <w:tcW w:type="dxa" w:w="7000"/>
          </w:tcPr>
          <w:p>
            <w:r>
              <w:t>9782100547494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régime continu/ </w:t>
            </w:r>
          </w:p>
        </w:tc>
      </w:tr>
    </w:tbl>
    <w:p>
      <w:pPr>
        <w:pStyle w:val="Heading3"/>
      </w:pPr>
      <w:r>
        <w:t>Résumé :</w:t>
      </w:r>
    </w:p>
    <w:p>
      <w:r>
        <w:t>Vous avez besoin d'accompagnement pour appliquer votre cours de physique ? Vous voulez être à l'aise face à tout exercice ? La clé de la réussite est de bien maîtriser les exercices incontournables du programme. Cet ouvrage va vous faire découvrir ces exercices et vous dévoiler leurs méthodes de résolution. Pour chaque exercice, vous trouverez : la méthode de résolution expliquée et commentée étape par étape, le corrigé détaillé rédigé, les astuces à retenir et les pièges à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