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mécanique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Basdevant,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Ecole polytechnique(N°:None)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2729846824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théorie quantique/ </w:t>
            </w:r>
          </w:p>
        </w:tc>
      </w:tr>
    </w:tbl>
    <w:p>
      <w:pPr>
        <w:pStyle w:val="Heading3"/>
      </w:pPr>
      <w:r>
        <w:t>Résumé :</w:t>
      </w:r>
    </w:p>
    <w:p>
      <w:r>
        <w:t>Les problèmes de Mécanique Quantique que l'on trouvera dans ce recueil correspondent à des sujets d'examens posés à l'Ecole Polytechnique dans les années 1980-1995. La nature de ces examens, qui sont pris en compte dans un concours de sortie, oblige les enseignants de cette Ecole à concevoir et construire, chaque année, des sujets qui n'existent pas dans la littérature (la même obligation qu'à l'agrégation).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