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d'électricité et d'automatique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Barry; Jean/ Kersulec; jean-yves/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2212094159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 automatique industrielle/ </w:t>
            </w:r>
          </w:p>
        </w:tc>
      </w:tr>
    </w:tbl>
    <w:p>
      <w:pPr>
        <w:pStyle w:val="Heading3"/>
      </w:pPr>
      <w:r>
        <w:t>Résumé :</w:t>
      </w:r>
    </w:p>
    <w:p>
      <w:r>
        <w:t>L'ouvrage décrit les composants électriques, les circuits de puissance et de commande, ainsi que les méthodes de représentation normalisées. Il explique le fonctionnement des moteurs, des dispositifs de protection, des capteurs, des actionneurs et des automates programmables industriels (API). Une attention particulière est portée à la conception des automatismes, à la programmation des séquences de commande, au diagnostic des pannes et à la sécurité des installations. Grâce à une approche pratique illustrée par de nombreux schémas, ce livre constitue un support de référence pour les étudiants, techniciens et ingénieurs en électrotechnique, automatisme et maintenance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