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mécanique statistique de clausius à gibbs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Barberousse, Anouk/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Belin Sup Histoire Des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2701130735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histoire/ mécanique statistique/ </w:t>
            </w:r>
          </w:p>
        </w:tc>
      </w:tr>
    </w:tbl>
    <w:p>
      <w:pPr>
        <w:pStyle w:val="Heading3"/>
      </w:pPr>
      <w:r>
        <w:t>Résumé :</w:t>
      </w:r>
    </w:p>
    <w:p>
      <w:r>
        <w:t>L'émergence des concepts-clés de la physique statistique, tels la température, l'entropie ou les ensembles de Gibbs, est le fruit des relations complexes entre la mécanique newtonienne, la thermodynamique, la théorie cinétique des gaz et la mécanique statistique. C'est une analyse de ces liens, historiques et conceptuels, que l'auteur de cet ouvrage propose, à l'aide d'une large sélection de documents originaux.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