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Du microscopique au macroscopique. T1, cours de physique statistque de l'ecole polytechnique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Balian, Roger/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2729890009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macroscopiques/ </w:t>
            </w:r>
          </w:p>
        </w:tc>
      </w:tr>
    </w:tbl>
    <w:p>
      <w:pPr>
        <w:pStyle w:val="Heading3"/>
      </w:pPr>
      <w:r>
        <w:t>Résumé :</w:t>
      </w:r>
    </w:p>
    <w:p>
      <w:r>
        <w:t>Le présent ouvrage est issu des cours de physique statistitique donnés dans lésprit que nous venons de définir. aussi bien le contains sujets ayantpar exemple été introduits dans le cadre de travaux optionnels destinés à unepartie sculement de lapromotion.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