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 microscopique au macroscopique. T2, cours de physique statistique de l'école polytechnique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Balian,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 qui se voit à l'oeil nu au contraire de microscopique. En physique, le niveau macroscopique est le niveau de description dans lequel les phénomènes sont visualisés à l'oeil nu. L'échelle macroscopique complète l'échelle microscopique, l'échelle mésoscopique et l'échelle quantique.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