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électromagnétisme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Bancel, Frédéric/ Schatzman, Évry/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Série J. Le Hir(N°:None)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2100042114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électricité/ </w:t>
            </w:r>
          </w:p>
        </w:tc>
      </w:tr>
    </w:tbl>
    <w:p>
      <w:pPr>
        <w:pStyle w:val="Heading3"/>
      </w:pPr>
      <w:r>
        <w:t>Résumé :</w:t>
      </w:r>
    </w:p>
    <w:p>
      <w:r>
        <w:t>La série Jean Le Hir couvre la totalité des programmes de physique et de chimie des classes préparatoires scientifiques. Ces ouvrages présentent un cours clair et efficace, complété par de nombreux exercices qui illustrent de manière astucieuse toutes les notions abordées. Les livres de cette série sont accompagnés d'un CD-Rom " intelligent ", qui propose à l'utilisateur une incursion riche d'enseignement et de surprise dans l'environnement d'Internet. Pas besoin de connexion, tout a été pensé pour que chacun, initié ou non, puisse profiter pleinement de tous les avantages du multimédia : • des rappels de cours dont les points les plus importants sont " cliquables ", donnant un accès direct à un ensemble de documents (contexte historique, schémas, tableaux, photos, expériences filmées et commentées...) permettant une approche concrète de ces concepts ; • la totalité des exercices pour lesquels un large panel de possibilités est offert : solutions détaillées classiques, programmes de logiciels de calcul formel téléchargeables, graphiques animés expliquant les phénomènes, séquences vidéo, et bien d'autres options encore ; • la présence rassurante et sympathique d'Anna-Lise, qui répond à toutes vos questions... ou presque ! Les pages HTML des CD-Rom de cette série ont été développées spécifiquement pour Microsoft( Internet Explorer 4.0 (fourni) et Netscape( 4.0 fonctionnant sous Windows 95, 98 ou NT. Ils sont consultables sur PC, de préférence avec une configuration de type Pentium.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