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Bergua, Jean/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572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Numéro d'Identification</w:t>
            </w:r>
          </w:p>
        </w:tc>
        <w:tc>
          <w:tcPr>
            <w:tcW w:type="dxa" w:w="7000"/>
          </w:tcPr>
          <w:p>
            <w:r>
              <w:t>2749502446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thermodynamique/ </w:t>
            </w:r>
          </w:p>
        </w:tc>
      </w:tr>
    </w:tbl>
    <w:p>
      <w:pPr>
        <w:pStyle w:val="Heading3"/>
      </w:pPr>
      <w:r>
        <w:t>Résumé :</w:t>
      </w:r>
    </w:p>
    <w:p>
      <w:r>
        <w:t>Une collection compte de vos besois et de vos contrantes,concue pour s'entrainer efficacement et progresser tout au long  de l'année.ce volume traite l'ensemble du programme de physique de première année PTSI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