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Nessi, Dominique/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"Énoncés, solutions, commentaires", "Tout le nouveau programme" et "Exercices". - Autres tirages : 2005, 2009, 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9782842919610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première année MPSI.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