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PCSI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Bergua, Jean/ Goulley, Philippe/ Nessi, Dominique/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nouveaux précis Bréal(N°:None)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La couv. porte en plus : "Énoncés, solutions, commentaires", "Tout le nouveau programme" et "Exercices"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9782749502359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optique géométrique/ mécanique/ électrocinétique/ </w:t>
            </w:r>
          </w:p>
        </w:tc>
      </w:tr>
    </w:tbl>
    <w:p>
      <w:pPr>
        <w:pStyle w:val="Heading3"/>
      </w:pPr>
      <w:r>
        <w:t>Résumé :</w:t>
      </w:r>
    </w:p>
    <w:p>
      <w:r>
        <w:t>Ce volume traite l'ensemble du programme de physique de première année PCSI.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