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Bergua, Jean/ Baudy, Jean-Loup/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9782749504056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fluide visqueux/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l'ensemble du programme de physique se deuxième année PC.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