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Comprendre la relativité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Berthon, Maurice-Edouard/ Guillanton, Marc-Etienne/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9782950738431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relativité (physique)/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la relativité restreinte, relativité générale et gravitation cosmologie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