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L'esprit physique en 50 problèmes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9782729898618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physique qualitative/ </w:t>
            </w:r>
          </w:p>
        </w:tc>
      </w:tr>
    </w:tbl>
    <w:p>
      <w:pPr>
        <w:pStyle w:val="Heading3"/>
      </w:pPr>
      <w:r>
        <w:t>Résumé :</w:t>
      </w:r>
    </w:p>
    <w:p>
      <w:r>
        <w:t>50 problèmes… de physique classique et leurs solution ; permettant aux étudiants candidats aux concours du CAPES et de l'Agrégation de faire un bilan de leurs connaissances ; approfondissant le cours de physique de DEUG et de Licence des étudiants de l'Université ; présentant des situations concrètes, de façon attrayante ; donnant le beau rôle à la physique intuitive, à la physique qualitative, à la physique avec les mains, en un mot à… l'esprit physique.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