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ondes atome noyau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Cipriani, Joseph/ Hasmonay, Hans/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supérieur. Série Mise à niveau(N°:None)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onde/ optique onde/ </w:t>
            </w:r>
          </w:p>
        </w:tc>
      </w:tr>
    </w:tbl>
    <w:p>
      <w:pPr>
        <w:pStyle w:val="Heading3"/>
      </w:pPr>
      <w:r>
        <w:t>Résumé :</w:t>
      </w:r>
    </w:p>
    <w:p>
      <w:r>
        <w:t>Que doit-on savoir en physique avant de s'inscrire dans un cursus scientifique de l'enseignement supérieur ? pour vérifier et consolider ses connaissances de base avant d'entreprendre des études scientifiques, les prérequis sont enfin réunis en trois livres indépendants : - mécanique et énergie - electricité et électromagnétisme - optique, ondes, atome et noyau. dans une présentation attrayante associant les rappels de cours et les exercices d'application résolus, cette série originale offre le moyen simple et direct de se mettre à niveau pour aborder en sécurité des études supérieures : - classes préparatoires scientifiques mpsi, pcsi, ptsi, bpcst et véto, - concours de la filière paramédicale tels que kinésithérapeute, ergothérapeute ou orthoptiste, - pcem et pharmacie, - daeu, deug sciences et dut industriels, - mise à niveau à l'université et formation permanente.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