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des systèmes mécaniques.T4, vibrations sous écoulements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Axisa,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405-412. Index p.p. 413-425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mécanique/ </w:t>
            </w:r>
          </w:p>
        </w:tc>
      </w:tr>
    </w:tbl>
    <w:p>
      <w:pPr>
        <w:pStyle w:val="Heading3"/>
      </w:pPr>
      <w:r>
        <w:t>Résumé :</w:t>
      </w:r>
    </w:p>
    <w:p>
      <w:r>
        <w:t>Le livre « Modélisation des systèmes mécaniques. T4, vibrations sous écoulements » présente les méthodes de modélisation et d’analyse des vibrations des structures mécaniques soumises à l’action des écoulements de fluides, en étudiant les phénomènes d’interaction fluide-structure et leurs effets sur la stabilité et le comportement dynamique des systèmes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