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systèmes mécaniques.T1, systèmes discrets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Axisa,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359-366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Modélisation des systèmes mécaniques. T1 : Systèmes discrets présente les méthodes permettant de représenter et analyser les systèmes mécaniques composés d’un nombre fini d’éléments (masses, ressorts, amortisseurs) afin de décrire leur mouvement à l’aide d’équations mathématiques et de modèles dynamiques utilisés en ingénierie et en 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