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sciences physiques. T2, électricité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Annequin; R./ Boutigny;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étudie les trois premiers chapitres suivants: Cinématique relativiste.                                    </w:t>
        <w:br/>
        <w:br/>
        <w:t xml:space="preserve">  -Dynamique relativiste.                                                                                                                                                           </w:t>
        <w:br/>
        <w:br/>
        <w:t xml:space="preserve">  -Charge électrique dans un champ électromagnétique.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