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de sciences physiques. T1,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Annequin, R/ Boutigny,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physique/ mécanique/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de mécanique est le premier d'une série dont les autres titres seront: Electricité, optique , thermodynamique, tous sont rédigés à l'ntentions des éleves des classes de mathématiques supérieure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