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sciences physiques. T1, électricité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Annequin, Rémy/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Vuibert(N°:None)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271174146X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électricité/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 l'électricité à l'usage de la classe de mathématiques supérieures et du première cycle universitaire.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