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sciences physiques.T2,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J/ Annequin,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L'ouvrage étude  les trois premièrs chapitres suivants:                                                                                                             -Champs de vecteurs. circulation. flux.                                                                                                                                      -Champs newtoniens. </w:t>
        <w:br/>
        <w:br/>
        <w:t>- Les Torseurs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