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Queyre, Jean-Louis/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187-190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2842914074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stigmatisme/ sphérique/ </w:t>
            </w:r>
          </w:p>
        </w:tc>
      </w:tr>
    </w:tbl>
    <w:p>
      <w:pPr>
        <w:pStyle w:val="Heading3"/>
      </w:pPr>
      <w:r>
        <w:t>Résumé :</w:t>
      </w:r>
    </w:p>
    <w:p>
      <w:r>
        <w:t>Une collection conçue pour vous aider tout au long de l'année à préparer efficacement les concours. Un cours clair auquel vous pouvez vous reporter à chaque instant ; des pages de méthode pour apprendre à éviter les pièges et vous familiariser avec les points délicats ; de très nombreux exercices corrigés, variés et progressifs, pour un entraînement régulier.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