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générale. T1, mécanique et thermodynamique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Finn, Edward J./ Daune, Michel/ Alonso, Marcelo/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2éme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Inter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533-538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2729601368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thermodynamique/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Cet ouvrage traite les chapitres suivants:                                                                                                              </w:t>
        <w:br/>
        <w:br/>
        <w:t>-Mesures et unités.                                                                                                                                                                   -Vecteurs.                                                                                                                                                                                 -Forces</w:t>
        <w:br/>
        <w:br/>
        <w:t xml:space="preserve"> - cinématique</w:t>
        <w:br/>
        <w:br/>
        <w:t xml:space="preserve"> - mouvement relatif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